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Teacher answer key. Accept reasonable student wording; look for the idea.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60" w:before="0"/>
      </w:pPr>
      <w:r>
        <w:rPr>
          <w:b/>
          <w:i w:val="0"/>
          <w:sz w:val="22"/>
        </w:rPr>
        <w:t>1.  Name the three parts of a paragraph, in order.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Introduction, body, conclusion.</w:t>
      </w:r>
    </w:p>
    <w:p>
      <w:pPr>
        <w:spacing w:after="60" w:before="0"/>
      </w:pPr>
      <w:r>
        <w:rPr>
          <w:b/>
          <w:i w:val="0"/>
          <w:sz w:val="22"/>
        </w:rPr>
        <w:t>2.  What is the job of a topic sentence?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It states the main idea or opinion clearly (tells the reader what the paragraph is about).</w:t>
      </w:r>
    </w:p>
    <w:p>
      <w:pPr>
        <w:spacing w:after="60" w:before="0"/>
      </w:pPr>
      <w:r>
        <w:rPr>
          <w:b/>
          <w:i w:val="0"/>
          <w:sz w:val="22"/>
        </w:rPr>
        <w:t>3.  Circle the BEST hook:</w:t>
      </w:r>
    </w:p>
    <w:p>
      <w:pPr>
        <w:spacing w:after="40" w:before="0"/>
      </w:pPr>
      <w:r>
        <w:rPr>
          <w:b w:val="0"/>
          <w:i w:val="0"/>
          <w:sz w:val="22"/>
        </w:rPr>
        <w:t>a) This is my paragraph about pets.    b) Did you know a dog can learn 150 words?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b (it grabs the reader with a surprising fact).</w:t>
      </w:r>
    </w:p>
    <w:p>
      <w:pPr>
        <w:spacing w:after="60" w:before="0"/>
      </w:pPr>
      <w:r>
        <w:rPr>
          <w:b/>
          <w:i w:val="0"/>
          <w:sz w:val="22"/>
        </w:rPr>
        <w:t>4.  Underline the transition words: First, my dog is loyal. Also, she keeps me active. Finally, she makes me laugh.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First, Also, Finally.</w:t>
      </w:r>
    </w:p>
    <w:p>
      <w:pPr>
        <w:spacing w:after="60" w:before="0"/>
      </w:pPr>
      <w:r>
        <w:rPr>
          <w:b/>
          <w:i w:val="0"/>
          <w:sz w:val="22"/>
        </w:rPr>
        <w:t>5.  One sentence does NOT belong. Which one? Recess is the best. It lets us move and play. My favourite colour is blue. It helps us focus after.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"My favourite colour is blue." It is off topic (breaks the paragraph's unity).</w:t>
      </w:r>
    </w:p>
    <w:p>
      <w:pPr>
        <w:spacing w:after="60" w:before="0"/>
      </w:pPr>
      <w:r>
        <w:rPr>
          <w:b/>
          <w:i w:val="0"/>
          <w:sz w:val="22"/>
        </w:rPr>
        <w:t>6.  Rewrite this weak topic sentence so it clearly states an opinion: "This is about homework."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Example: "Homework should be shorter on weekends." (Any clear opinion is fine.)</w:t>
      </w:r>
    </w:p>
    <w:p>
      <w:pPr>
        <w:spacing w:after="60" w:before="0"/>
      </w:pPr>
      <w:r>
        <w:rPr>
          <w:b/>
          <w:i w:val="0"/>
          <w:sz w:val="22"/>
        </w:rPr>
        <w:t>7.  What should a conclusion do? Give two things.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Restate the opinion in a new way, and add a clincher (final thought, call to action, or question). It should not add a brand-new reason.</w:t>
      </w:r>
    </w:p>
    <w:p>
      <w:pPr>
        <w:spacing w:after="60" w:before="0"/>
      </w:pPr>
      <w:r>
        <w:rPr>
          <w:b/>
          <w:i w:val="0"/>
          <w:sz w:val="22"/>
        </w:rPr>
        <w:t>8.  Grade 6 challenge: Explain what it means for a paragraph to have unity.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Every sentence supports the same main idea; nothing wanders off topic.</w:t>
      </w:r>
    </w:p>
    <w:p>
      <w:pPr>
        <w:spacing w:after="60" w:before="0"/>
      </w:pPr>
      <w:r>
        <w:rPr>
          <w:b/>
          <w:i w:val="0"/>
          <w:sz w:val="22"/>
        </w:rPr>
        <w:t>9.  Grade 6 challenge: Fix this run-on. "I like winter it is fun to ski."</w:t>
      </w:r>
    </w:p>
    <w:p>
      <w:pPr>
        <w:spacing w:after="120" w:before="0"/>
      </w:pPr>
      <w:r>
        <w:rPr>
          <w:b w:val="0"/>
          <w:i/>
          <w:color w:val="1F4E79"/>
          <w:sz w:val="21"/>
        </w:rPr>
        <w:t>Answer: "I like winter. It is fun to ski." (Or join with a comma and a joining word.)</w:t>
      </w:r>
    </w:p>
    <w:p>
      <w:pPr>
        <w:spacing w:after="80"/>
      </w:pPr>
    </w:p>
    <w:p>
      <w:pPr>
        <w:spacing w:after="80" w:before="0"/>
      </w:pPr>
      <w:r>
        <w:rPr>
          <w:b/>
          <w:i w:val="0"/>
          <w:sz w:val="22"/>
        </w:rPr>
        <w:t>Write it! Write a short opinion paragraph (3 to 5 sentences) on a topic you choose. Include an introduction, a body with one reason and a detail, and a conclusion.</w:t>
      </w:r>
    </w:p>
    <w:p>
      <w:pPr>
        <w:spacing w:after="80" w:before="0"/>
      </w:pPr>
      <w:r>
        <w:rPr>
          <w:b w:val="0"/>
          <w:i/>
          <w:color w:val="1F4E79"/>
          <w:sz w:val="21"/>
        </w:rPr>
        <w:t>Look for: a clear topic sentence, at least one reason with a detail, and a closing that restates the opinion. Grade 6: transitions and correct conventions.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